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5EAA5" w14:textId="77777777" w:rsidR="00187237" w:rsidRDefault="00000000">
      <w:pPr>
        <w:pStyle w:val="Heading1"/>
      </w:pPr>
      <w:r>
        <w:t>Beneficial Ownership Declaration Form</w:t>
      </w:r>
    </w:p>
    <w:p w14:paraId="493796E7" w14:textId="77777777" w:rsidR="00187237" w:rsidRDefault="00000000">
      <w:r>
        <w:t>Date: ______________________</w:t>
      </w:r>
      <w:r>
        <w:tab/>
      </w:r>
      <w:r>
        <w:tab/>
        <w:t>Place: ______________________</w:t>
      </w:r>
    </w:p>
    <w:p w14:paraId="74A50963" w14:textId="77777777" w:rsidR="00187237" w:rsidRDefault="00000000">
      <w:pPr>
        <w:pStyle w:val="Heading2"/>
      </w:pPr>
      <w:r>
        <w:t>1. Entity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187237" w14:paraId="0465AD98" w14:textId="77777777">
        <w:tc>
          <w:tcPr>
            <w:tcW w:w="4320" w:type="dxa"/>
          </w:tcPr>
          <w:p w14:paraId="7A660343" w14:textId="77777777" w:rsidR="00187237" w:rsidRDefault="00000000">
            <w:r>
              <w:t>Name of the Entity</w:t>
            </w:r>
          </w:p>
        </w:tc>
        <w:tc>
          <w:tcPr>
            <w:tcW w:w="4320" w:type="dxa"/>
          </w:tcPr>
          <w:p w14:paraId="36981B8C" w14:textId="77777777" w:rsidR="00187237" w:rsidRDefault="00187237"/>
        </w:tc>
      </w:tr>
      <w:tr w:rsidR="00187237" w14:paraId="57EFA0DC" w14:textId="77777777">
        <w:tc>
          <w:tcPr>
            <w:tcW w:w="4320" w:type="dxa"/>
          </w:tcPr>
          <w:p w14:paraId="4BC14AA1" w14:textId="77777777" w:rsidR="00187237" w:rsidRDefault="00000000">
            <w:r>
              <w:t>UCIC / Merchant ID</w:t>
            </w:r>
          </w:p>
        </w:tc>
        <w:tc>
          <w:tcPr>
            <w:tcW w:w="4320" w:type="dxa"/>
          </w:tcPr>
          <w:p w14:paraId="5158D4FC" w14:textId="77777777" w:rsidR="00187237" w:rsidRDefault="00187237"/>
        </w:tc>
      </w:tr>
      <w:tr w:rsidR="00187237" w14:paraId="5573891D" w14:textId="77777777">
        <w:tc>
          <w:tcPr>
            <w:tcW w:w="4320" w:type="dxa"/>
          </w:tcPr>
          <w:p w14:paraId="1EFB058B" w14:textId="77777777" w:rsidR="00187237" w:rsidRDefault="00000000">
            <w:r>
              <w:t>Entity Type</w:t>
            </w:r>
          </w:p>
        </w:tc>
        <w:tc>
          <w:tcPr>
            <w:tcW w:w="4320" w:type="dxa"/>
          </w:tcPr>
          <w:p w14:paraId="1F10755F" w14:textId="77777777" w:rsidR="00187237" w:rsidRDefault="00187237"/>
        </w:tc>
      </w:tr>
      <w:tr w:rsidR="00187237" w14:paraId="5437F9D5" w14:textId="77777777">
        <w:tc>
          <w:tcPr>
            <w:tcW w:w="4320" w:type="dxa"/>
          </w:tcPr>
          <w:p w14:paraId="4C6001F0" w14:textId="77777777" w:rsidR="00187237" w:rsidRDefault="00000000">
            <w:r>
              <w:t>Registered Address</w:t>
            </w:r>
          </w:p>
        </w:tc>
        <w:tc>
          <w:tcPr>
            <w:tcW w:w="4320" w:type="dxa"/>
          </w:tcPr>
          <w:p w14:paraId="1A373D51" w14:textId="77777777" w:rsidR="00187237" w:rsidRDefault="00187237"/>
        </w:tc>
      </w:tr>
      <w:tr w:rsidR="00187237" w14:paraId="6F7152B0" w14:textId="77777777">
        <w:tc>
          <w:tcPr>
            <w:tcW w:w="4320" w:type="dxa"/>
          </w:tcPr>
          <w:p w14:paraId="02783D12" w14:textId="77777777" w:rsidR="00187237" w:rsidRDefault="00000000">
            <w:r>
              <w:t>CIN / Registration No.</w:t>
            </w:r>
          </w:p>
        </w:tc>
        <w:tc>
          <w:tcPr>
            <w:tcW w:w="4320" w:type="dxa"/>
          </w:tcPr>
          <w:p w14:paraId="59CB831A" w14:textId="77777777" w:rsidR="00187237" w:rsidRDefault="00187237"/>
        </w:tc>
      </w:tr>
      <w:tr w:rsidR="00187237" w14:paraId="391CC599" w14:textId="77777777">
        <w:tc>
          <w:tcPr>
            <w:tcW w:w="4320" w:type="dxa"/>
          </w:tcPr>
          <w:p w14:paraId="697E1D66" w14:textId="77777777" w:rsidR="00187237" w:rsidRDefault="00000000">
            <w:r>
              <w:t>PAN of Entity</w:t>
            </w:r>
          </w:p>
        </w:tc>
        <w:tc>
          <w:tcPr>
            <w:tcW w:w="4320" w:type="dxa"/>
          </w:tcPr>
          <w:p w14:paraId="263ACED0" w14:textId="77777777" w:rsidR="00187237" w:rsidRDefault="00187237"/>
        </w:tc>
      </w:tr>
    </w:tbl>
    <w:p w14:paraId="3E2EEBA8" w14:textId="2AEE3C4B" w:rsidR="004E1890" w:rsidRPr="004E1890" w:rsidRDefault="00000000" w:rsidP="005B0B6F">
      <w:pPr>
        <w:pStyle w:val="Heading2"/>
      </w:pPr>
      <w:r>
        <w:t xml:space="preserve">2. </w:t>
      </w:r>
      <w:r w:rsidR="009710FF" w:rsidRPr="009710FF">
        <w:t>Section A – Beneficial Owner Details (for all BOs)</w:t>
      </w:r>
    </w:p>
    <w:tbl>
      <w:tblPr>
        <w:tblStyle w:val="TableGrid"/>
        <w:tblW w:w="1121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47"/>
        <w:gridCol w:w="1685"/>
        <w:gridCol w:w="1156"/>
        <w:gridCol w:w="1091"/>
        <w:gridCol w:w="992"/>
        <w:gridCol w:w="1062"/>
        <w:gridCol w:w="2198"/>
        <w:gridCol w:w="1134"/>
        <w:gridCol w:w="1146"/>
      </w:tblGrid>
      <w:tr w:rsidR="005B0B6F" w14:paraId="5548D461" w14:textId="77777777" w:rsidTr="000E2B44">
        <w:trPr>
          <w:trHeight w:val="1886"/>
        </w:trPr>
        <w:tc>
          <w:tcPr>
            <w:tcW w:w="747" w:type="dxa"/>
          </w:tcPr>
          <w:p w14:paraId="56467D90" w14:textId="77777777" w:rsidR="000F1F21" w:rsidRDefault="000F1F21">
            <w:r>
              <w:t>Sr. No.</w:t>
            </w:r>
          </w:p>
        </w:tc>
        <w:tc>
          <w:tcPr>
            <w:tcW w:w="1685" w:type="dxa"/>
          </w:tcPr>
          <w:p w14:paraId="694BD19B" w14:textId="77777777" w:rsidR="000F1F21" w:rsidRDefault="000F1F21">
            <w:r>
              <w:t>Full Name</w:t>
            </w:r>
          </w:p>
        </w:tc>
        <w:tc>
          <w:tcPr>
            <w:tcW w:w="1156" w:type="dxa"/>
          </w:tcPr>
          <w:p w14:paraId="68F6A995" w14:textId="77777777" w:rsidR="000F1F21" w:rsidRDefault="000F1F21">
            <w:r>
              <w:t>Date of Birth</w:t>
            </w:r>
          </w:p>
        </w:tc>
        <w:tc>
          <w:tcPr>
            <w:tcW w:w="1091" w:type="dxa"/>
          </w:tcPr>
          <w:p w14:paraId="59D4B85B" w14:textId="77777777" w:rsidR="000F1F21" w:rsidRDefault="000F1F21">
            <w:r>
              <w:t>Nationality</w:t>
            </w:r>
          </w:p>
        </w:tc>
        <w:tc>
          <w:tcPr>
            <w:tcW w:w="992" w:type="dxa"/>
          </w:tcPr>
          <w:p w14:paraId="50B1653B" w14:textId="77777777" w:rsidR="000F1F21" w:rsidRDefault="000F1F21">
            <w:r>
              <w:t>PAN</w:t>
            </w:r>
          </w:p>
        </w:tc>
        <w:tc>
          <w:tcPr>
            <w:tcW w:w="1062" w:type="dxa"/>
          </w:tcPr>
          <w:p w14:paraId="40857109" w14:textId="3D6D53F1" w:rsidR="000F1F21" w:rsidRDefault="000F1F21">
            <w:r>
              <w:t>OVD</w:t>
            </w:r>
          </w:p>
        </w:tc>
        <w:tc>
          <w:tcPr>
            <w:tcW w:w="2198" w:type="dxa"/>
          </w:tcPr>
          <w:p w14:paraId="5A4E2FA0" w14:textId="77777777" w:rsidR="000F1F21" w:rsidRDefault="000F1F21">
            <w:r>
              <w:t>Address</w:t>
            </w:r>
          </w:p>
        </w:tc>
        <w:tc>
          <w:tcPr>
            <w:tcW w:w="1134" w:type="dxa"/>
          </w:tcPr>
          <w:p w14:paraId="0485E04D" w14:textId="77777777" w:rsidR="000F1F21" w:rsidRDefault="000F1F21">
            <w:r>
              <w:t>% Ownership / Control</w:t>
            </w:r>
          </w:p>
        </w:tc>
        <w:tc>
          <w:tcPr>
            <w:tcW w:w="1146" w:type="dxa"/>
          </w:tcPr>
          <w:p w14:paraId="1EFA8EEA" w14:textId="77777777" w:rsidR="000F1F21" w:rsidRPr="00D06B84" w:rsidRDefault="000F1F21">
            <w:pPr>
              <w:rPr>
                <w:highlight w:val="yellow"/>
              </w:rPr>
            </w:pPr>
            <w:r w:rsidRPr="009B6D34">
              <w:t>Type of Ownership (Direct / Indirect)</w:t>
            </w:r>
          </w:p>
        </w:tc>
      </w:tr>
      <w:tr w:rsidR="005B0B6F" w14:paraId="66EF502E" w14:textId="77777777" w:rsidTr="000E2B44">
        <w:trPr>
          <w:trHeight w:val="664"/>
        </w:trPr>
        <w:tc>
          <w:tcPr>
            <w:tcW w:w="747" w:type="dxa"/>
          </w:tcPr>
          <w:p w14:paraId="66085F82" w14:textId="77777777" w:rsidR="000F1F21" w:rsidRDefault="000F1F21">
            <w:r>
              <w:t>1</w:t>
            </w:r>
          </w:p>
        </w:tc>
        <w:tc>
          <w:tcPr>
            <w:tcW w:w="1685" w:type="dxa"/>
          </w:tcPr>
          <w:p w14:paraId="6A44E8FF" w14:textId="77777777" w:rsidR="000F1F21" w:rsidRDefault="000F1F21"/>
        </w:tc>
        <w:tc>
          <w:tcPr>
            <w:tcW w:w="1156" w:type="dxa"/>
          </w:tcPr>
          <w:p w14:paraId="7D3F3A82" w14:textId="77777777" w:rsidR="000F1F21" w:rsidRDefault="000F1F21"/>
        </w:tc>
        <w:tc>
          <w:tcPr>
            <w:tcW w:w="1091" w:type="dxa"/>
          </w:tcPr>
          <w:p w14:paraId="7DB489D4" w14:textId="77777777" w:rsidR="000F1F21" w:rsidRDefault="000F1F21"/>
        </w:tc>
        <w:tc>
          <w:tcPr>
            <w:tcW w:w="992" w:type="dxa"/>
          </w:tcPr>
          <w:p w14:paraId="12188CEB" w14:textId="77777777" w:rsidR="000F1F21" w:rsidRDefault="000F1F21"/>
        </w:tc>
        <w:tc>
          <w:tcPr>
            <w:tcW w:w="1062" w:type="dxa"/>
          </w:tcPr>
          <w:p w14:paraId="52E2D36F" w14:textId="77777777" w:rsidR="000F1F21" w:rsidRDefault="000F1F21"/>
        </w:tc>
        <w:tc>
          <w:tcPr>
            <w:tcW w:w="2198" w:type="dxa"/>
          </w:tcPr>
          <w:p w14:paraId="62D62EC6" w14:textId="77777777" w:rsidR="000F1F21" w:rsidRDefault="000F1F21"/>
        </w:tc>
        <w:tc>
          <w:tcPr>
            <w:tcW w:w="1134" w:type="dxa"/>
          </w:tcPr>
          <w:p w14:paraId="4DCD5FE2" w14:textId="77777777" w:rsidR="000F1F21" w:rsidRDefault="000F1F21"/>
        </w:tc>
        <w:tc>
          <w:tcPr>
            <w:tcW w:w="1146" w:type="dxa"/>
          </w:tcPr>
          <w:p w14:paraId="5AE447E7" w14:textId="77777777" w:rsidR="000F1F21" w:rsidRPr="00D06B84" w:rsidRDefault="000F1F21">
            <w:pPr>
              <w:rPr>
                <w:highlight w:val="yellow"/>
              </w:rPr>
            </w:pPr>
          </w:p>
        </w:tc>
      </w:tr>
      <w:tr w:rsidR="005B0B6F" w14:paraId="6F35B96A" w14:textId="77777777" w:rsidTr="000E2B44">
        <w:trPr>
          <w:trHeight w:val="598"/>
        </w:trPr>
        <w:tc>
          <w:tcPr>
            <w:tcW w:w="747" w:type="dxa"/>
          </w:tcPr>
          <w:p w14:paraId="05E3DD64" w14:textId="77777777" w:rsidR="000F1F21" w:rsidRDefault="000F1F21">
            <w:r>
              <w:t>2</w:t>
            </w:r>
          </w:p>
        </w:tc>
        <w:tc>
          <w:tcPr>
            <w:tcW w:w="1685" w:type="dxa"/>
          </w:tcPr>
          <w:p w14:paraId="11B1064B" w14:textId="77777777" w:rsidR="000F1F21" w:rsidRDefault="000F1F21"/>
        </w:tc>
        <w:tc>
          <w:tcPr>
            <w:tcW w:w="1156" w:type="dxa"/>
          </w:tcPr>
          <w:p w14:paraId="12AC70F0" w14:textId="77777777" w:rsidR="000F1F21" w:rsidRDefault="000F1F21"/>
        </w:tc>
        <w:tc>
          <w:tcPr>
            <w:tcW w:w="1091" w:type="dxa"/>
          </w:tcPr>
          <w:p w14:paraId="7C756C1E" w14:textId="77777777" w:rsidR="000F1F21" w:rsidRDefault="000F1F21"/>
        </w:tc>
        <w:tc>
          <w:tcPr>
            <w:tcW w:w="992" w:type="dxa"/>
          </w:tcPr>
          <w:p w14:paraId="3FC1BF4C" w14:textId="77777777" w:rsidR="000F1F21" w:rsidRDefault="000F1F21"/>
        </w:tc>
        <w:tc>
          <w:tcPr>
            <w:tcW w:w="1062" w:type="dxa"/>
          </w:tcPr>
          <w:p w14:paraId="06D49EF4" w14:textId="77777777" w:rsidR="000F1F21" w:rsidRDefault="000F1F21"/>
        </w:tc>
        <w:tc>
          <w:tcPr>
            <w:tcW w:w="2198" w:type="dxa"/>
          </w:tcPr>
          <w:p w14:paraId="25E2B00A" w14:textId="77777777" w:rsidR="000F1F21" w:rsidRDefault="000F1F21"/>
        </w:tc>
        <w:tc>
          <w:tcPr>
            <w:tcW w:w="1134" w:type="dxa"/>
          </w:tcPr>
          <w:p w14:paraId="0488285C" w14:textId="77777777" w:rsidR="000F1F21" w:rsidRDefault="000F1F21"/>
        </w:tc>
        <w:tc>
          <w:tcPr>
            <w:tcW w:w="1146" w:type="dxa"/>
          </w:tcPr>
          <w:p w14:paraId="7680F1CA" w14:textId="77777777" w:rsidR="000F1F21" w:rsidRPr="00D06B84" w:rsidRDefault="000F1F21">
            <w:pPr>
              <w:rPr>
                <w:highlight w:val="yellow"/>
              </w:rPr>
            </w:pPr>
          </w:p>
        </w:tc>
      </w:tr>
      <w:tr w:rsidR="005B0B6F" w14:paraId="60C5C908" w14:textId="77777777" w:rsidTr="000E2B44">
        <w:trPr>
          <w:trHeight w:val="759"/>
        </w:trPr>
        <w:tc>
          <w:tcPr>
            <w:tcW w:w="747" w:type="dxa"/>
          </w:tcPr>
          <w:p w14:paraId="1EDE47C7" w14:textId="030EFDF6" w:rsidR="000F1F21" w:rsidRDefault="000F1F21">
            <w:r>
              <w:t>3</w:t>
            </w:r>
          </w:p>
        </w:tc>
        <w:tc>
          <w:tcPr>
            <w:tcW w:w="1685" w:type="dxa"/>
          </w:tcPr>
          <w:p w14:paraId="50746599" w14:textId="77777777" w:rsidR="000F1F21" w:rsidRDefault="000F1F21"/>
        </w:tc>
        <w:tc>
          <w:tcPr>
            <w:tcW w:w="1156" w:type="dxa"/>
          </w:tcPr>
          <w:p w14:paraId="1C6A834A" w14:textId="77777777" w:rsidR="000F1F21" w:rsidRDefault="000F1F21"/>
        </w:tc>
        <w:tc>
          <w:tcPr>
            <w:tcW w:w="1091" w:type="dxa"/>
          </w:tcPr>
          <w:p w14:paraId="3D3B6628" w14:textId="77777777" w:rsidR="000F1F21" w:rsidRDefault="000F1F21"/>
        </w:tc>
        <w:tc>
          <w:tcPr>
            <w:tcW w:w="992" w:type="dxa"/>
          </w:tcPr>
          <w:p w14:paraId="2ACACFD2" w14:textId="77777777" w:rsidR="000F1F21" w:rsidRDefault="000F1F21"/>
        </w:tc>
        <w:tc>
          <w:tcPr>
            <w:tcW w:w="1062" w:type="dxa"/>
          </w:tcPr>
          <w:p w14:paraId="4193631C" w14:textId="77777777" w:rsidR="000F1F21" w:rsidRDefault="000F1F21"/>
        </w:tc>
        <w:tc>
          <w:tcPr>
            <w:tcW w:w="2198" w:type="dxa"/>
          </w:tcPr>
          <w:p w14:paraId="4E4E0F60" w14:textId="77777777" w:rsidR="000F1F21" w:rsidRDefault="000F1F21"/>
        </w:tc>
        <w:tc>
          <w:tcPr>
            <w:tcW w:w="1134" w:type="dxa"/>
          </w:tcPr>
          <w:p w14:paraId="23B0A66D" w14:textId="77777777" w:rsidR="000F1F21" w:rsidRDefault="000F1F21"/>
        </w:tc>
        <w:tc>
          <w:tcPr>
            <w:tcW w:w="1146" w:type="dxa"/>
          </w:tcPr>
          <w:p w14:paraId="4AED6130" w14:textId="77777777" w:rsidR="000F1F21" w:rsidRPr="00D06B84" w:rsidRDefault="000F1F21">
            <w:pPr>
              <w:rPr>
                <w:highlight w:val="yellow"/>
              </w:rPr>
            </w:pPr>
          </w:p>
        </w:tc>
      </w:tr>
      <w:tr w:rsidR="005B0B6F" w14:paraId="0D84077C" w14:textId="77777777" w:rsidTr="000E2B44">
        <w:trPr>
          <w:trHeight w:val="754"/>
        </w:trPr>
        <w:tc>
          <w:tcPr>
            <w:tcW w:w="747" w:type="dxa"/>
          </w:tcPr>
          <w:p w14:paraId="7A835438" w14:textId="71318B86" w:rsidR="000F1F21" w:rsidRDefault="000F1F21">
            <w:r>
              <w:t>4</w:t>
            </w:r>
          </w:p>
        </w:tc>
        <w:tc>
          <w:tcPr>
            <w:tcW w:w="1685" w:type="dxa"/>
          </w:tcPr>
          <w:p w14:paraId="1B42F12A" w14:textId="77777777" w:rsidR="000F1F21" w:rsidRDefault="000F1F21"/>
        </w:tc>
        <w:tc>
          <w:tcPr>
            <w:tcW w:w="1156" w:type="dxa"/>
          </w:tcPr>
          <w:p w14:paraId="722AA5CE" w14:textId="77777777" w:rsidR="000F1F21" w:rsidRDefault="000F1F21"/>
        </w:tc>
        <w:tc>
          <w:tcPr>
            <w:tcW w:w="1091" w:type="dxa"/>
          </w:tcPr>
          <w:p w14:paraId="6927CFF6" w14:textId="77777777" w:rsidR="000F1F21" w:rsidRDefault="000F1F21"/>
        </w:tc>
        <w:tc>
          <w:tcPr>
            <w:tcW w:w="992" w:type="dxa"/>
          </w:tcPr>
          <w:p w14:paraId="37620196" w14:textId="77777777" w:rsidR="000F1F21" w:rsidRDefault="000F1F21"/>
        </w:tc>
        <w:tc>
          <w:tcPr>
            <w:tcW w:w="1062" w:type="dxa"/>
          </w:tcPr>
          <w:p w14:paraId="45E39C93" w14:textId="77777777" w:rsidR="000F1F21" w:rsidRDefault="000F1F21"/>
        </w:tc>
        <w:tc>
          <w:tcPr>
            <w:tcW w:w="2198" w:type="dxa"/>
          </w:tcPr>
          <w:p w14:paraId="47FA9F60" w14:textId="77777777" w:rsidR="000F1F21" w:rsidRDefault="000F1F21"/>
        </w:tc>
        <w:tc>
          <w:tcPr>
            <w:tcW w:w="1134" w:type="dxa"/>
          </w:tcPr>
          <w:p w14:paraId="74C0F5E5" w14:textId="77777777" w:rsidR="000F1F21" w:rsidRDefault="000F1F21"/>
        </w:tc>
        <w:tc>
          <w:tcPr>
            <w:tcW w:w="1146" w:type="dxa"/>
          </w:tcPr>
          <w:p w14:paraId="29A65218" w14:textId="77777777" w:rsidR="000F1F21" w:rsidRPr="00D06B84" w:rsidRDefault="000F1F21">
            <w:pPr>
              <w:rPr>
                <w:highlight w:val="yellow"/>
              </w:rPr>
            </w:pPr>
          </w:p>
        </w:tc>
      </w:tr>
    </w:tbl>
    <w:p w14:paraId="235CBD44" w14:textId="66888BEF" w:rsidR="00187237" w:rsidRDefault="00000000">
      <w:pPr>
        <w:pStyle w:val="Heading2"/>
      </w:pPr>
      <w:r>
        <w:t xml:space="preserve">3. Declaration by </w:t>
      </w:r>
      <w:r w:rsidR="00F437BA">
        <w:t>Authorized</w:t>
      </w:r>
      <w:r>
        <w:t xml:space="preserve"> Signatory</w:t>
      </w:r>
      <w:r w:rsidR="00F437BA">
        <w:t xml:space="preserve"> (or entity’s letter head)</w:t>
      </w:r>
    </w:p>
    <w:p w14:paraId="19700E89" w14:textId="108BE470" w:rsidR="00187237" w:rsidRDefault="00000000">
      <w:r>
        <w:t>I/We hereby declare that the details provided above are true, correct, and complete to the best of my/our knowledge and belief. I/We further confirm that the individuals listed are the ultimate beneficial owners of the entity, and that no other individuals hold ownership or control exceeding the prescribed threshold. I/We will notify the company of any changes in writing.</w:t>
      </w:r>
      <w:r>
        <w:br/>
        <w:t>Name of Authorised Signatory: ______________________________</w:t>
      </w:r>
    </w:p>
    <w:p w14:paraId="7AEA6C37" w14:textId="77777777" w:rsidR="00187237" w:rsidRDefault="00000000">
      <w:r>
        <w:t>Designation: ______________________________</w:t>
      </w:r>
    </w:p>
    <w:p w14:paraId="0E468101" w14:textId="77777777" w:rsidR="00187237" w:rsidRDefault="00000000">
      <w:r>
        <w:t>Signature: ______________________________</w:t>
      </w:r>
    </w:p>
    <w:p w14:paraId="41CFC321" w14:textId="77777777" w:rsidR="00187237" w:rsidRDefault="00000000">
      <w:r>
        <w:t>Date: ______________________________</w:t>
      </w:r>
    </w:p>
    <w:p w14:paraId="4026964D" w14:textId="01794B05" w:rsidR="009710FF" w:rsidRDefault="00000000">
      <w:r>
        <w:t>Seal / Stamp of Entity: ______________________________</w:t>
      </w:r>
    </w:p>
    <w:sectPr w:rsidR="009710F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7C3498"/>
    <w:multiLevelType w:val="multilevel"/>
    <w:tmpl w:val="D6B20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56F6DB6"/>
    <w:multiLevelType w:val="multilevel"/>
    <w:tmpl w:val="63BC7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D53DDA"/>
    <w:multiLevelType w:val="multilevel"/>
    <w:tmpl w:val="25EE5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336791"/>
    <w:multiLevelType w:val="multilevel"/>
    <w:tmpl w:val="0226D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CB31AB5"/>
    <w:multiLevelType w:val="multilevel"/>
    <w:tmpl w:val="8A66F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6CD7732"/>
    <w:multiLevelType w:val="multilevel"/>
    <w:tmpl w:val="0DFA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7114270">
    <w:abstractNumId w:val="8"/>
  </w:num>
  <w:num w:numId="2" w16cid:durableId="82143142">
    <w:abstractNumId w:val="6"/>
  </w:num>
  <w:num w:numId="3" w16cid:durableId="1803691018">
    <w:abstractNumId w:val="5"/>
  </w:num>
  <w:num w:numId="4" w16cid:durableId="1692101599">
    <w:abstractNumId w:val="4"/>
  </w:num>
  <w:num w:numId="5" w16cid:durableId="1751540641">
    <w:abstractNumId w:val="7"/>
  </w:num>
  <w:num w:numId="6" w16cid:durableId="2056150285">
    <w:abstractNumId w:val="3"/>
  </w:num>
  <w:num w:numId="7" w16cid:durableId="339553096">
    <w:abstractNumId w:val="2"/>
  </w:num>
  <w:num w:numId="8" w16cid:durableId="300694403">
    <w:abstractNumId w:val="1"/>
  </w:num>
  <w:num w:numId="9" w16cid:durableId="96876832">
    <w:abstractNumId w:val="0"/>
  </w:num>
  <w:num w:numId="10" w16cid:durableId="1823036714">
    <w:abstractNumId w:val="12"/>
  </w:num>
  <w:num w:numId="11" w16cid:durableId="1644651609">
    <w:abstractNumId w:val="10"/>
  </w:num>
  <w:num w:numId="12" w16cid:durableId="1111557177">
    <w:abstractNumId w:val="14"/>
  </w:num>
  <w:num w:numId="13" w16cid:durableId="303437263">
    <w:abstractNumId w:val="11"/>
  </w:num>
  <w:num w:numId="14" w16cid:durableId="1087463648">
    <w:abstractNumId w:val="13"/>
  </w:num>
  <w:num w:numId="15" w16cid:durableId="86799028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2B94"/>
    <w:rsid w:val="000E2B44"/>
    <w:rsid w:val="000F1F21"/>
    <w:rsid w:val="0015074B"/>
    <w:rsid w:val="00187237"/>
    <w:rsid w:val="001F60A6"/>
    <w:rsid w:val="0024680C"/>
    <w:rsid w:val="0029639D"/>
    <w:rsid w:val="002B48DB"/>
    <w:rsid w:val="00326F90"/>
    <w:rsid w:val="004E1890"/>
    <w:rsid w:val="005B0B6F"/>
    <w:rsid w:val="006250AC"/>
    <w:rsid w:val="00632CED"/>
    <w:rsid w:val="009710FF"/>
    <w:rsid w:val="009B6D34"/>
    <w:rsid w:val="00AA1D8D"/>
    <w:rsid w:val="00AB5BB1"/>
    <w:rsid w:val="00AF144B"/>
    <w:rsid w:val="00B47730"/>
    <w:rsid w:val="00CB0664"/>
    <w:rsid w:val="00D01B08"/>
    <w:rsid w:val="00D06B84"/>
    <w:rsid w:val="00DB56EA"/>
    <w:rsid w:val="00F437B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92FAB5"/>
  <w14:defaultImageDpi w14:val="300"/>
  <w15:docId w15:val="{43BA81D1-9BD6-48DD-B8C6-BCCD4E01C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2839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Sandeep Chauhan</cp:lastModifiedBy>
  <cp:revision>6</cp:revision>
  <dcterms:created xsi:type="dcterms:W3CDTF">2025-08-14T11:35:00Z</dcterms:created>
  <dcterms:modified xsi:type="dcterms:W3CDTF">2026-03-12T06:30:00Z</dcterms:modified>
  <cp:category/>
</cp:coreProperties>
</file>